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E1F3" w14:textId="77777777" w:rsidR="00E34404" w:rsidRPr="00A462C2" w:rsidRDefault="004064C9" w:rsidP="00A46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b/>
          <w:sz w:val="24"/>
          <w:szCs w:val="24"/>
        </w:rPr>
        <w:t>ALLEGATO B - DICHIARAZIONE SOSTITUTIVA</w:t>
      </w:r>
    </w:p>
    <w:p w14:paraId="66F0EEAF" w14:textId="77777777" w:rsidR="00E34404" w:rsidRPr="00A462C2" w:rsidRDefault="004064C9" w:rsidP="00A462C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Insussistenza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di cause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incompatibilità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conflitto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interessi</w:t>
      </w:r>
      <w:proofErr w:type="spellEnd"/>
    </w:p>
    <w:p w14:paraId="2FE3F056" w14:textId="77777777" w:rsidR="00A462C2" w:rsidRPr="00A462C2" w:rsidRDefault="00A462C2">
      <w:pPr>
        <w:rPr>
          <w:rFonts w:ascii="Times New Roman" w:hAnsi="Times New Roman" w:cs="Times New Roman"/>
          <w:sz w:val="24"/>
          <w:szCs w:val="24"/>
        </w:rPr>
      </w:pPr>
    </w:p>
    <w:p w14:paraId="44018D62" w14:textId="3B3837F2" w:rsidR="00E34404" w:rsidRPr="00A462C2" w:rsidRDefault="004064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Cognome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e Nome: _____________</w:t>
      </w:r>
      <w:r w:rsidR="00A462C2" w:rsidRPr="00A462C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A99D254" w14:textId="149F5EEA" w:rsidR="00E34404" w:rsidRPr="00A462C2" w:rsidRDefault="004064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62C2">
        <w:rPr>
          <w:rFonts w:ascii="Times New Roman" w:hAnsi="Times New Roman" w:cs="Times New Roman"/>
          <w:sz w:val="24"/>
          <w:szCs w:val="24"/>
        </w:rPr>
        <w:t>Luogo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e data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nascita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: _________</w:t>
      </w:r>
      <w:r w:rsidR="00A462C2" w:rsidRPr="00A462C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A269F4E" w14:textId="2F997140" w:rsidR="00E34404" w:rsidRPr="00A462C2" w:rsidRDefault="004064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Codice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: _____</w:t>
      </w:r>
      <w:r w:rsidR="00A462C2" w:rsidRPr="00A462C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462C2">
        <w:rPr>
          <w:rFonts w:ascii="Times New Roman" w:hAnsi="Times New Roman" w:cs="Times New Roman"/>
          <w:sz w:val="24"/>
          <w:szCs w:val="24"/>
        </w:rPr>
        <w:t>_______</w:t>
      </w:r>
    </w:p>
    <w:p w14:paraId="46BA556B" w14:textId="31BE8CFB" w:rsidR="00E34404" w:rsidRPr="00A462C2" w:rsidRDefault="004064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62C2">
        <w:rPr>
          <w:rFonts w:ascii="Times New Roman" w:hAnsi="Times New Roman" w:cs="Times New Roman"/>
          <w:sz w:val="24"/>
          <w:szCs w:val="24"/>
        </w:rPr>
        <w:t>Residenza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: </w:t>
      </w:r>
      <w:r w:rsidR="00A462C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56BBACA" w14:textId="667552F6" w:rsidR="00E34404" w:rsidRPr="00A462C2" w:rsidRDefault="004064C9">
      <w:pPr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PEC: </w:t>
      </w:r>
      <w:r w:rsidR="00A462C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2575D2E" w14:textId="77777777" w:rsidR="00A462C2" w:rsidRPr="00A462C2" w:rsidRDefault="00A462C2">
      <w:pPr>
        <w:pStyle w:val="Titolo2"/>
        <w:rPr>
          <w:rFonts w:ascii="Times New Roman" w:hAnsi="Times New Roman" w:cs="Times New Roman"/>
          <w:color w:val="auto"/>
          <w:sz w:val="24"/>
          <w:szCs w:val="24"/>
        </w:rPr>
      </w:pPr>
    </w:p>
    <w:p w14:paraId="5C919EDC" w14:textId="75993A1D" w:rsidR="00A462C2" w:rsidRPr="00A462C2" w:rsidRDefault="004064C9">
      <w:pPr>
        <w:pStyle w:val="Titolo2"/>
        <w:rPr>
          <w:rFonts w:ascii="Times New Roman" w:hAnsi="Times New Roman" w:cs="Times New Roman"/>
          <w:color w:val="auto"/>
          <w:sz w:val="24"/>
          <w:szCs w:val="24"/>
        </w:rPr>
      </w:pPr>
      <w:r w:rsidRPr="00A462C2">
        <w:rPr>
          <w:rFonts w:ascii="Times New Roman" w:hAnsi="Times New Roman" w:cs="Times New Roman"/>
          <w:color w:val="auto"/>
          <w:sz w:val="24"/>
          <w:szCs w:val="24"/>
        </w:rPr>
        <w:t xml:space="preserve">Il/La </w:t>
      </w:r>
      <w:proofErr w:type="spellStart"/>
      <w:r w:rsidRPr="00A462C2">
        <w:rPr>
          <w:rFonts w:ascii="Times New Roman" w:hAnsi="Times New Roman" w:cs="Times New Roman"/>
          <w:color w:val="auto"/>
          <w:sz w:val="24"/>
          <w:szCs w:val="24"/>
        </w:rPr>
        <w:t>sottoscritto</w:t>
      </w:r>
      <w:proofErr w:type="spellEnd"/>
      <w:r w:rsidRPr="00A462C2">
        <w:rPr>
          <w:rFonts w:ascii="Times New Roman" w:hAnsi="Times New Roman" w:cs="Times New Roman"/>
          <w:color w:val="auto"/>
          <w:sz w:val="24"/>
          <w:szCs w:val="24"/>
        </w:rPr>
        <w:t xml:space="preserve">/a </w:t>
      </w:r>
    </w:p>
    <w:p w14:paraId="1710ABBD" w14:textId="77777777" w:rsidR="00A462C2" w:rsidRPr="00A462C2" w:rsidRDefault="00A462C2" w:rsidP="00A462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6AD75" w14:textId="23DAAC4C" w:rsidR="00A462C2" w:rsidRPr="00A462C2" w:rsidRDefault="00A462C2" w:rsidP="00A462C2">
      <w:pPr>
        <w:jc w:val="both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ai sensi degli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articoli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46 e 47 del D.P.R. 28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dicembre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2000, n. 445,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consapevole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delle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responsabilità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penali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previste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dall'art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. 76 del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medesimo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D.P.R. per le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ipotesi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falsità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atti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dichiarazioni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mendaci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nonché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decadenza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dai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benefici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eventualmente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conseguenti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provvedimento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emanato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sulla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base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dichiarazioni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veritiere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prevista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dall'art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. 75 del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medesimo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D.P.R.,</w:t>
      </w:r>
    </w:p>
    <w:p w14:paraId="0091F021" w14:textId="77777777" w:rsidR="00A462C2" w:rsidRPr="00A462C2" w:rsidRDefault="00A462C2">
      <w:pPr>
        <w:pStyle w:val="Titolo2"/>
        <w:rPr>
          <w:rFonts w:ascii="Times New Roman" w:hAnsi="Times New Roman" w:cs="Times New Roman"/>
          <w:color w:val="auto"/>
          <w:sz w:val="24"/>
          <w:szCs w:val="24"/>
        </w:rPr>
      </w:pPr>
    </w:p>
    <w:p w14:paraId="40E9DE2E" w14:textId="3B993BA5" w:rsidR="00E34404" w:rsidRPr="00A462C2" w:rsidRDefault="004064C9" w:rsidP="00A462C2">
      <w:pPr>
        <w:pStyle w:val="Tito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462C2">
        <w:rPr>
          <w:rFonts w:ascii="Times New Roman" w:hAnsi="Times New Roman" w:cs="Times New Roman"/>
          <w:color w:val="auto"/>
          <w:sz w:val="24"/>
          <w:szCs w:val="24"/>
        </w:rPr>
        <w:t>dichiara</w:t>
      </w:r>
      <w:proofErr w:type="spellEnd"/>
    </w:p>
    <w:p w14:paraId="54EFAA39" w14:textId="77777777" w:rsidR="00A462C2" w:rsidRPr="00A462C2" w:rsidRDefault="00A462C2" w:rsidP="00A462C2">
      <w:pPr>
        <w:rPr>
          <w:rFonts w:ascii="Times New Roman" w:hAnsi="Times New Roman" w:cs="Times New Roman"/>
          <w:sz w:val="24"/>
          <w:szCs w:val="24"/>
        </w:rPr>
      </w:pPr>
    </w:p>
    <w:p w14:paraId="66FD5BDB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non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trovarsi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in cause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. 39/2013);</w:t>
      </w:r>
    </w:p>
    <w:p w14:paraId="20B9D5E6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non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trovarsi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in cause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incompatibilità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. 39/2013);</w:t>
      </w:r>
    </w:p>
    <w:p w14:paraId="144F9D44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non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trovarsi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conflitto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interessi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con il Comune di Vado Ligure;</w:t>
      </w:r>
    </w:p>
    <w:p w14:paraId="4D5102D5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non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ricoprire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cariche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politiche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sindacali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incompatibili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;</w:t>
      </w:r>
    </w:p>
    <w:p w14:paraId="37E68A02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non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Revisore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Conti del Comune;</w:t>
      </w:r>
    </w:p>
    <w:p w14:paraId="22494665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non aver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riportato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condanne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ostative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;</w:t>
      </w:r>
    </w:p>
    <w:p w14:paraId="701E5818" w14:textId="77777777" w:rsidR="00E34404" w:rsidRPr="00A462C2" w:rsidRDefault="004064C9" w:rsidP="00E9436E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t xml:space="preserve">□ di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impegnarsi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ogni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variazione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rilevante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>.</w:t>
      </w:r>
    </w:p>
    <w:p w14:paraId="1705C82B" w14:textId="77777777" w:rsidR="00A462C2" w:rsidRPr="00A462C2" w:rsidRDefault="00A462C2">
      <w:pPr>
        <w:rPr>
          <w:rFonts w:ascii="Times New Roman" w:hAnsi="Times New Roman" w:cs="Times New Roman"/>
          <w:sz w:val="24"/>
          <w:szCs w:val="24"/>
        </w:rPr>
      </w:pPr>
    </w:p>
    <w:p w14:paraId="572694E4" w14:textId="373B1F45" w:rsidR="00E34404" w:rsidRPr="00A462C2" w:rsidRDefault="004064C9">
      <w:pPr>
        <w:rPr>
          <w:rFonts w:ascii="Times New Roman" w:hAnsi="Times New Roman" w:cs="Times New Roman"/>
          <w:sz w:val="24"/>
          <w:szCs w:val="24"/>
        </w:rPr>
      </w:pPr>
      <w:r w:rsidRPr="00A462C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Luogo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e data __________________    </w:t>
      </w:r>
      <w:proofErr w:type="spellStart"/>
      <w:r w:rsidRPr="00A462C2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A462C2">
        <w:rPr>
          <w:rFonts w:ascii="Times New Roman" w:hAnsi="Times New Roman" w:cs="Times New Roman"/>
          <w:sz w:val="24"/>
          <w:szCs w:val="24"/>
        </w:rPr>
        <w:t xml:space="preserve"> </w:t>
      </w:r>
      <w:r w:rsidR="00A462C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E34404" w:rsidRPr="00A462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57310">
    <w:abstractNumId w:val="8"/>
  </w:num>
  <w:num w:numId="2" w16cid:durableId="1734818464">
    <w:abstractNumId w:val="6"/>
  </w:num>
  <w:num w:numId="3" w16cid:durableId="100417736">
    <w:abstractNumId w:val="5"/>
  </w:num>
  <w:num w:numId="4" w16cid:durableId="2058119652">
    <w:abstractNumId w:val="4"/>
  </w:num>
  <w:num w:numId="5" w16cid:durableId="469371968">
    <w:abstractNumId w:val="7"/>
  </w:num>
  <w:num w:numId="6" w16cid:durableId="1108697452">
    <w:abstractNumId w:val="3"/>
  </w:num>
  <w:num w:numId="7" w16cid:durableId="744959319">
    <w:abstractNumId w:val="2"/>
  </w:num>
  <w:num w:numId="8" w16cid:durableId="1209609347">
    <w:abstractNumId w:val="1"/>
  </w:num>
  <w:num w:numId="9" w16cid:durableId="139470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488"/>
    <w:rsid w:val="0006063C"/>
    <w:rsid w:val="0015074B"/>
    <w:rsid w:val="0029639D"/>
    <w:rsid w:val="00326F90"/>
    <w:rsid w:val="004064C9"/>
    <w:rsid w:val="009C4049"/>
    <w:rsid w:val="00A462C2"/>
    <w:rsid w:val="00AA1D8D"/>
    <w:rsid w:val="00B47730"/>
    <w:rsid w:val="00CB0664"/>
    <w:rsid w:val="00E34404"/>
    <w:rsid w:val="00E943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1E9AB"/>
  <w14:defaultImageDpi w14:val="300"/>
  <w15:docId w15:val="{0A83F546-37AE-4963-B16B-471C7AD4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Cristiana Del Bono</cp:lastModifiedBy>
  <cp:revision>3</cp:revision>
  <dcterms:created xsi:type="dcterms:W3CDTF">2013-12-23T23:15:00Z</dcterms:created>
  <dcterms:modified xsi:type="dcterms:W3CDTF">2026-07-27T09:29:00Z</dcterms:modified>
  <cp:category/>
</cp:coreProperties>
</file>