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A031" w14:textId="77777777" w:rsidR="008D44A9" w:rsidRDefault="00600CBD">
      <w:r>
        <w:rPr>
          <w:b/>
          <w:sz w:val="32"/>
        </w:rPr>
        <w:t>ALLEGATO A - DOMANDA DI PARTECIPAZIONE</w:t>
      </w:r>
    </w:p>
    <w:p w14:paraId="41E631DF" w14:textId="77777777" w:rsidR="008D44A9" w:rsidRDefault="00600CBD" w:rsidP="00677AAC">
      <w:pPr>
        <w:jc w:val="both"/>
      </w:pPr>
      <w:r>
        <w:t>AVVISO PUBBLICO PER LA NOMINA DEI DUE COMPONENTI ESTERNI DEL NUCLEO INDIPENDENTE DI VALUTAZIONE (N.I.V.) DEL COMUNE DI VADO LIGURE</w:t>
      </w:r>
      <w:r>
        <w:br/>
      </w:r>
    </w:p>
    <w:p w14:paraId="37140916" w14:textId="029C3C00" w:rsidR="008D44A9" w:rsidRDefault="00600CBD">
      <w:proofErr w:type="spellStart"/>
      <w:r>
        <w:t>Cognome</w:t>
      </w:r>
      <w:proofErr w:type="spellEnd"/>
      <w:r>
        <w:t xml:space="preserve"> e Nome: ____________________</w:t>
      </w:r>
      <w:r w:rsidR="00677AAC">
        <w:t>________________________________________________________</w:t>
      </w:r>
      <w:r>
        <w:t>________</w:t>
      </w:r>
    </w:p>
    <w:p w14:paraId="16AD5900" w14:textId="37DA77F9" w:rsidR="008D44A9" w:rsidRDefault="00600CBD">
      <w:proofErr w:type="spellStart"/>
      <w:r>
        <w:t>Luogo</w:t>
      </w:r>
      <w:proofErr w:type="spellEnd"/>
      <w:r>
        <w:t xml:space="preserve"> e data di </w:t>
      </w:r>
      <w:proofErr w:type="spellStart"/>
      <w:r>
        <w:t>nascita</w:t>
      </w:r>
      <w:proofErr w:type="spellEnd"/>
      <w:r>
        <w:t>: _________</w:t>
      </w:r>
      <w:r w:rsidR="00677AAC">
        <w:t>__________________________________________________________</w:t>
      </w:r>
      <w:r>
        <w:t>___________</w:t>
      </w:r>
    </w:p>
    <w:p w14:paraId="133C1DD5" w14:textId="51E591C0" w:rsidR="008D44A9" w:rsidRDefault="00600CBD">
      <w:proofErr w:type="spellStart"/>
      <w:r>
        <w:t>Codice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>: _____________</w:t>
      </w:r>
      <w:r w:rsidR="00677AAC">
        <w:t>___________________________________________________________</w:t>
      </w:r>
      <w:r>
        <w:t>________________</w:t>
      </w:r>
    </w:p>
    <w:p w14:paraId="04513D23" w14:textId="2354D73C" w:rsidR="008D44A9" w:rsidRDefault="00600CBD">
      <w:proofErr w:type="spellStart"/>
      <w:r>
        <w:t>Residenza</w:t>
      </w:r>
      <w:proofErr w:type="spellEnd"/>
      <w:r>
        <w:t>: ______</w:t>
      </w:r>
      <w:r w:rsidR="00677AAC">
        <w:t>___________________________________________________________</w:t>
      </w:r>
      <w:r>
        <w:t>___________________________</w:t>
      </w:r>
    </w:p>
    <w:p w14:paraId="3BA32981" w14:textId="5D4CCE86" w:rsidR="008D44A9" w:rsidRDefault="00600CBD">
      <w:r>
        <w:t>PEC: _____________</w:t>
      </w:r>
      <w:r w:rsidR="00677AAC">
        <w:t>______________________________________________________________</w:t>
      </w:r>
      <w:r>
        <w:t>_________________________</w:t>
      </w:r>
    </w:p>
    <w:p w14:paraId="7D7BFFC5" w14:textId="1F9D09EF" w:rsidR="008D44A9" w:rsidRDefault="00600CBD">
      <w:r>
        <w:t>E-mail: ____________</w:t>
      </w:r>
      <w:r w:rsidR="00677AAC">
        <w:t>______________________________________________________________</w:t>
      </w:r>
      <w:r>
        <w:t>_______________________</w:t>
      </w:r>
    </w:p>
    <w:p w14:paraId="19101477" w14:textId="26F1F270" w:rsidR="008D44A9" w:rsidRDefault="00600CBD">
      <w:proofErr w:type="spellStart"/>
      <w:r>
        <w:t>Telefono</w:t>
      </w:r>
      <w:proofErr w:type="spellEnd"/>
      <w:r>
        <w:t>: __________</w:t>
      </w:r>
      <w:r w:rsidR="00677AAC">
        <w:t>_____________________________________________________________</w:t>
      </w:r>
      <w:r>
        <w:t>_______________________</w:t>
      </w:r>
    </w:p>
    <w:p w14:paraId="18EDE24A" w14:textId="77777777" w:rsidR="008D44A9" w:rsidRPr="00F6594B" w:rsidRDefault="00600CBD" w:rsidP="00677AAC">
      <w:pPr>
        <w:pStyle w:val="Titolo2"/>
        <w:jc w:val="center"/>
        <w:rPr>
          <w:color w:val="auto"/>
        </w:rPr>
      </w:pPr>
      <w:r w:rsidRPr="00F6594B">
        <w:rPr>
          <w:color w:val="auto"/>
        </w:rPr>
        <w:t>CHIEDE</w:t>
      </w:r>
    </w:p>
    <w:p w14:paraId="790EE82D" w14:textId="77777777" w:rsidR="008D44A9" w:rsidRDefault="00600CBD" w:rsidP="00677AAC">
      <w:pPr>
        <w:jc w:val="both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ammesso</w:t>
      </w:r>
      <w:proofErr w:type="spellEnd"/>
      <w:r>
        <w:t xml:space="preserve">/a alla </w:t>
      </w:r>
      <w:proofErr w:type="spellStart"/>
      <w:r>
        <w:t>procedura</w:t>
      </w:r>
      <w:proofErr w:type="spellEnd"/>
      <w:r>
        <w:t xml:space="preserve"> di </w:t>
      </w:r>
      <w:proofErr w:type="spellStart"/>
      <w:r>
        <w:t>selezione</w:t>
      </w:r>
      <w:proofErr w:type="spellEnd"/>
      <w:r>
        <w:t xml:space="preserve"> per la nomina a </w:t>
      </w:r>
      <w:proofErr w:type="spellStart"/>
      <w:r>
        <w:t>componente</w:t>
      </w:r>
      <w:proofErr w:type="spellEnd"/>
      <w:r>
        <w:t xml:space="preserve"> </w:t>
      </w:r>
      <w:proofErr w:type="spellStart"/>
      <w:r>
        <w:t>esterno</w:t>
      </w:r>
      <w:proofErr w:type="spellEnd"/>
      <w:r>
        <w:t xml:space="preserve"> del N.I.V.</w:t>
      </w:r>
    </w:p>
    <w:p w14:paraId="4BEE087F" w14:textId="77777777" w:rsidR="008D44A9" w:rsidRPr="00F6594B" w:rsidRDefault="00600CBD" w:rsidP="00677AAC">
      <w:pPr>
        <w:pStyle w:val="Titolo2"/>
        <w:jc w:val="center"/>
        <w:rPr>
          <w:color w:val="auto"/>
        </w:rPr>
      </w:pPr>
      <w:r w:rsidRPr="00F6594B">
        <w:rPr>
          <w:color w:val="auto"/>
        </w:rPr>
        <w:t>DICHIARA</w:t>
      </w:r>
    </w:p>
    <w:p w14:paraId="05C8DD9C" w14:textId="77777777" w:rsidR="008D44A9" w:rsidRDefault="00600CBD" w:rsidP="00F6594B">
      <w:pPr>
        <w:pStyle w:val="Puntoelenco"/>
        <w:numPr>
          <w:ilvl w:val="0"/>
          <w:numId w:val="0"/>
        </w:numPr>
        <w:ind w:left="360" w:hanging="360"/>
      </w:pPr>
      <w:r>
        <w:t xml:space="preserve">□ 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cittadino</w:t>
      </w:r>
      <w:proofErr w:type="spellEnd"/>
      <w:r>
        <w:t xml:space="preserve"> </w:t>
      </w:r>
      <w:proofErr w:type="spellStart"/>
      <w:r>
        <w:t>italiano</w:t>
      </w:r>
      <w:proofErr w:type="spellEnd"/>
      <w:r>
        <w:t>/UE;</w:t>
      </w:r>
    </w:p>
    <w:p w14:paraId="05EA6B9D" w14:textId="77777777" w:rsidR="008D44A9" w:rsidRDefault="00600CBD" w:rsidP="00F6594B">
      <w:pPr>
        <w:pStyle w:val="Puntoelenco"/>
        <w:numPr>
          <w:ilvl w:val="0"/>
          <w:numId w:val="0"/>
        </w:numPr>
        <w:ind w:left="360" w:hanging="360"/>
      </w:pPr>
      <w:r>
        <w:t xml:space="preserve">□ di </w:t>
      </w:r>
      <w:proofErr w:type="spellStart"/>
      <w:r>
        <w:t>godere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civili</w:t>
      </w:r>
      <w:proofErr w:type="spellEnd"/>
      <w:r>
        <w:t xml:space="preserve"> e </w:t>
      </w:r>
      <w:proofErr w:type="spellStart"/>
      <w:r>
        <w:t>politici</w:t>
      </w:r>
      <w:proofErr w:type="spellEnd"/>
      <w:r>
        <w:t>;</w:t>
      </w:r>
    </w:p>
    <w:p w14:paraId="0D2F1385" w14:textId="77777777" w:rsidR="008D44A9" w:rsidRDefault="00600CBD" w:rsidP="00F6594B">
      <w:pPr>
        <w:pStyle w:val="Puntoelenco"/>
        <w:numPr>
          <w:ilvl w:val="0"/>
          <w:numId w:val="0"/>
        </w:numPr>
        <w:ind w:left="360" w:hanging="360"/>
      </w:pPr>
      <w:r>
        <w:t xml:space="preserve">□ 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requisiti</w:t>
      </w:r>
      <w:proofErr w:type="spellEnd"/>
      <w:r>
        <w:t xml:space="preserve"> </w:t>
      </w:r>
      <w:proofErr w:type="spellStart"/>
      <w:r>
        <w:t>richiesti</w:t>
      </w:r>
      <w:proofErr w:type="spellEnd"/>
      <w:r>
        <w:t xml:space="preserve"> </w:t>
      </w:r>
      <w:proofErr w:type="spellStart"/>
      <w:r>
        <w:t>dall'avviso</w:t>
      </w:r>
      <w:proofErr w:type="spellEnd"/>
      <w:r>
        <w:t>;</w:t>
      </w:r>
    </w:p>
    <w:p w14:paraId="620C929B" w14:textId="58BD88F7" w:rsidR="008D44A9" w:rsidRDefault="00600CBD" w:rsidP="00F6594B">
      <w:pPr>
        <w:pStyle w:val="Puntoelenco"/>
        <w:numPr>
          <w:ilvl w:val="0"/>
          <w:numId w:val="0"/>
        </w:numPr>
        <w:ind w:left="360" w:hanging="360"/>
      </w:pPr>
      <w:r>
        <w:t xml:space="preserve">□ di </w:t>
      </w:r>
      <w:proofErr w:type="spellStart"/>
      <w:r>
        <w:t>possedere</w:t>
      </w:r>
      <w:proofErr w:type="spellEnd"/>
      <w:r>
        <w:t xml:space="preserve"> il </w:t>
      </w:r>
      <w:proofErr w:type="spellStart"/>
      <w:r>
        <w:t>seguente</w:t>
      </w:r>
      <w:proofErr w:type="spellEnd"/>
      <w:r>
        <w:t xml:space="preserve"> </w:t>
      </w:r>
      <w:proofErr w:type="spellStart"/>
      <w:r>
        <w:t>titolo</w:t>
      </w:r>
      <w:proofErr w:type="spellEnd"/>
      <w:r>
        <w:t xml:space="preserve"> di studio: _____</w:t>
      </w:r>
      <w:r w:rsidR="00677AAC">
        <w:t>________________________________</w:t>
      </w:r>
      <w:r>
        <w:t>______________;</w:t>
      </w:r>
    </w:p>
    <w:p w14:paraId="1761347B" w14:textId="77777777" w:rsidR="008D44A9" w:rsidRDefault="00600CBD" w:rsidP="00F6594B">
      <w:pPr>
        <w:pStyle w:val="Puntoelenco"/>
        <w:numPr>
          <w:ilvl w:val="0"/>
          <w:numId w:val="0"/>
        </w:numPr>
        <w:ind w:left="360" w:hanging="360"/>
      </w:pPr>
      <w:r>
        <w:t xml:space="preserve">□ di </w:t>
      </w:r>
      <w:proofErr w:type="spellStart"/>
      <w:r>
        <w:t>possedere</w:t>
      </w:r>
      <w:proofErr w:type="spellEnd"/>
      <w:r>
        <w:t xml:space="preserve"> </w:t>
      </w:r>
      <w:proofErr w:type="spellStart"/>
      <w:r>
        <w:t>esperienza</w:t>
      </w:r>
      <w:proofErr w:type="spellEnd"/>
      <w:r>
        <w:t xml:space="preserve"> </w:t>
      </w:r>
      <w:proofErr w:type="spellStart"/>
      <w:r>
        <w:t>professionale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materie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</w:t>
      </w:r>
      <w:proofErr w:type="spellStart"/>
      <w:r>
        <w:t>dell'incarico</w:t>
      </w:r>
      <w:proofErr w:type="spellEnd"/>
      <w:r>
        <w:t>;</w:t>
      </w:r>
    </w:p>
    <w:p w14:paraId="072702F1" w14:textId="72F83C34" w:rsidR="008D44A9" w:rsidRDefault="00600CBD" w:rsidP="00F6594B">
      <w:pPr>
        <w:pStyle w:val="Puntoelenco"/>
        <w:numPr>
          <w:ilvl w:val="0"/>
          <w:numId w:val="0"/>
        </w:numPr>
        <w:ind w:left="360" w:hanging="360"/>
      </w:pPr>
      <w:r>
        <w:t xml:space="preserve">□ di </w:t>
      </w:r>
      <w:proofErr w:type="spellStart"/>
      <w:r>
        <w:t>eleggere</w:t>
      </w:r>
      <w:proofErr w:type="spellEnd"/>
      <w:r>
        <w:t xml:space="preserve"> quale </w:t>
      </w:r>
      <w:proofErr w:type="spellStart"/>
      <w:r>
        <w:t>recapito</w:t>
      </w:r>
      <w:proofErr w:type="spellEnd"/>
      <w:r>
        <w:t xml:space="preserve"> PEC: _______________</w:t>
      </w:r>
      <w:r w:rsidR="00677AAC">
        <w:t>__________________________________</w:t>
      </w:r>
      <w:r>
        <w:t>____________.</w:t>
      </w:r>
    </w:p>
    <w:p w14:paraId="62892BDE" w14:textId="77777777" w:rsidR="00F6594B" w:rsidRDefault="00F6594B" w:rsidP="00F6594B">
      <w:pPr>
        <w:pStyle w:val="Puntoelenco"/>
        <w:numPr>
          <w:ilvl w:val="0"/>
          <w:numId w:val="0"/>
        </w:numPr>
        <w:ind w:left="360"/>
      </w:pPr>
    </w:p>
    <w:p w14:paraId="7EA88A20" w14:textId="77777777" w:rsidR="008D44A9" w:rsidRPr="00F6594B" w:rsidRDefault="00600CBD">
      <w:pPr>
        <w:pStyle w:val="Titolo2"/>
        <w:rPr>
          <w:color w:val="auto"/>
        </w:rPr>
      </w:pPr>
      <w:r w:rsidRPr="00F6594B">
        <w:rPr>
          <w:color w:val="auto"/>
        </w:rPr>
        <w:t>Allega</w:t>
      </w:r>
    </w:p>
    <w:p w14:paraId="22C7DEC5" w14:textId="77777777" w:rsidR="008D44A9" w:rsidRDefault="00600CBD">
      <w:pPr>
        <w:pStyle w:val="Puntoelenco"/>
      </w:pPr>
      <w:r>
        <w:t xml:space="preserve">Curriculum vitae </w:t>
      </w:r>
      <w:proofErr w:type="spellStart"/>
      <w:r>
        <w:t>datato</w:t>
      </w:r>
      <w:proofErr w:type="spellEnd"/>
      <w:r>
        <w:t xml:space="preserve"> e </w:t>
      </w:r>
      <w:proofErr w:type="spellStart"/>
      <w:r>
        <w:t>sottoscritto</w:t>
      </w:r>
      <w:proofErr w:type="spellEnd"/>
      <w:r>
        <w:t>;</w:t>
      </w:r>
    </w:p>
    <w:p w14:paraId="68B9E9D4" w14:textId="77777777" w:rsidR="008D44A9" w:rsidRDefault="00600CBD">
      <w:pPr>
        <w:pStyle w:val="Puntoelenco"/>
      </w:pPr>
      <w:proofErr w:type="spellStart"/>
      <w:r>
        <w:t>Relazione</w:t>
      </w:r>
      <w:proofErr w:type="spellEnd"/>
      <w:r>
        <w:t xml:space="preserve"> </w:t>
      </w:r>
      <w:proofErr w:type="spellStart"/>
      <w:r>
        <w:t>illustrativa</w:t>
      </w:r>
      <w:proofErr w:type="spellEnd"/>
      <w:r>
        <w:t>;</w:t>
      </w:r>
    </w:p>
    <w:p w14:paraId="3F4C680C" w14:textId="42442F7D" w:rsidR="008D44A9" w:rsidRDefault="00600CBD">
      <w:pPr>
        <w:pStyle w:val="Puntoelenco"/>
      </w:pPr>
      <w:r>
        <w:t xml:space="preserve">Copia </w:t>
      </w:r>
      <w:proofErr w:type="spellStart"/>
      <w:r>
        <w:t>documento</w:t>
      </w:r>
      <w:proofErr w:type="spellEnd"/>
      <w:r>
        <w:t xml:space="preserve"> di </w:t>
      </w:r>
      <w:proofErr w:type="spellStart"/>
      <w:r>
        <w:t>identità</w:t>
      </w:r>
      <w:proofErr w:type="spellEnd"/>
      <w:r>
        <w:t>;</w:t>
      </w:r>
    </w:p>
    <w:p w14:paraId="71405BC3" w14:textId="77777777" w:rsidR="008D44A9" w:rsidRDefault="00600CBD">
      <w:pPr>
        <w:pStyle w:val="Puntoelenco"/>
      </w:pPr>
      <w:proofErr w:type="spellStart"/>
      <w:r>
        <w:t>Dichiarazione</w:t>
      </w:r>
      <w:proofErr w:type="spellEnd"/>
      <w:r>
        <w:t xml:space="preserve"> </w:t>
      </w:r>
      <w:proofErr w:type="spellStart"/>
      <w:r>
        <w:t>Allegato</w:t>
      </w:r>
      <w:proofErr w:type="spellEnd"/>
      <w:r>
        <w:t xml:space="preserve"> B;</w:t>
      </w:r>
    </w:p>
    <w:p w14:paraId="4D0D4C03" w14:textId="77777777" w:rsidR="008D44A9" w:rsidRDefault="00600CBD">
      <w:pPr>
        <w:pStyle w:val="Puntoelenco"/>
      </w:pPr>
      <w:proofErr w:type="spellStart"/>
      <w:r>
        <w:t>Eventuale</w:t>
      </w:r>
      <w:proofErr w:type="spellEnd"/>
      <w:r>
        <w:t xml:space="preserve"> </w:t>
      </w:r>
      <w:proofErr w:type="spellStart"/>
      <w:r>
        <w:t>ulteriore</w:t>
      </w:r>
      <w:proofErr w:type="spellEnd"/>
      <w:r>
        <w:t xml:space="preserve"> </w:t>
      </w:r>
      <w:proofErr w:type="spellStart"/>
      <w:r>
        <w:t>documentazione</w:t>
      </w:r>
      <w:proofErr w:type="spellEnd"/>
      <w:r>
        <w:t>.</w:t>
      </w:r>
    </w:p>
    <w:p w14:paraId="1229F8D1" w14:textId="77777777" w:rsidR="008D44A9" w:rsidRDefault="00600CBD">
      <w:r>
        <w:br/>
      </w:r>
      <w:proofErr w:type="spellStart"/>
      <w:r>
        <w:t>Luogo</w:t>
      </w:r>
      <w:proofErr w:type="spellEnd"/>
      <w:r>
        <w:t xml:space="preserve"> e data __________________    </w:t>
      </w:r>
      <w:proofErr w:type="spellStart"/>
      <w:r>
        <w:t>Firma</w:t>
      </w:r>
      <w:proofErr w:type="spellEnd"/>
      <w:r>
        <w:t xml:space="preserve"> __________________</w:t>
      </w:r>
    </w:p>
    <w:sectPr w:rsidR="008D44A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4595895">
    <w:abstractNumId w:val="8"/>
  </w:num>
  <w:num w:numId="2" w16cid:durableId="609052166">
    <w:abstractNumId w:val="6"/>
  </w:num>
  <w:num w:numId="3" w16cid:durableId="910848380">
    <w:abstractNumId w:val="5"/>
  </w:num>
  <w:num w:numId="4" w16cid:durableId="1612124469">
    <w:abstractNumId w:val="4"/>
  </w:num>
  <w:num w:numId="5" w16cid:durableId="88284412">
    <w:abstractNumId w:val="7"/>
  </w:num>
  <w:num w:numId="6" w16cid:durableId="1678536237">
    <w:abstractNumId w:val="3"/>
  </w:num>
  <w:num w:numId="7" w16cid:durableId="1139616872">
    <w:abstractNumId w:val="2"/>
  </w:num>
  <w:num w:numId="8" w16cid:durableId="835003072">
    <w:abstractNumId w:val="1"/>
  </w:num>
  <w:num w:numId="9" w16cid:durableId="187927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7450"/>
    <w:rsid w:val="0015074B"/>
    <w:rsid w:val="0029639D"/>
    <w:rsid w:val="00326F90"/>
    <w:rsid w:val="00600CBD"/>
    <w:rsid w:val="00677AAC"/>
    <w:rsid w:val="008124AF"/>
    <w:rsid w:val="008D44A9"/>
    <w:rsid w:val="009C4049"/>
    <w:rsid w:val="00AA1D8D"/>
    <w:rsid w:val="00B47730"/>
    <w:rsid w:val="00CB0664"/>
    <w:rsid w:val="00D21CEA"/>
    <w:rsid w:val="00F659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38751A"/>
  <w14:defaultImageDpi w14:val="300"/>
  <w15:docId w15:val="{010C11F1-94E1-430B-A1B2-A689EF82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Cristiana Del Bono</cp:lastModifiedBy>
  <cp:revision>4</cp:revision>
  <dcterms:created xsi:type="dcterms:W3CDTF">2013-12-23T23:15:00Z</dcterms:created>
  <dcterms:modified xsi:type="dcterms:W3CDTF">2026-07-29T06:15:00Z</dcterms:modified>
  <cp:category/>
</cp:coreProperties>
</file>